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9C48FD" w14:textId="77777777" w:rsidR="007813F7" w:rsidRDefault="00000000">
      <w:pPr>
        <w:spacing w:after="40"/>
        <w:jc w:val="center"/>
        <w:rPr>
          <w:rFonts w:hint="eastAsia"/>
        </w:rPr>
      </w:pPr>
      <w:r>
        <w:rPr>
          <w:noProof/>
        </w:rPr>
        <w:drawing>
          <wp:inline distT="0" distB="0" distL="0" distR="0" wp14:anchorId="04C437F9" wp14:editId="76A402D3">
            <wp:extent cx="1417320" cy="944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rop.png"/>
                    <pic:cNvPicPr/>
                  </pic:nvPicPr>
                  <pic:blipFill>
                    <a:blip r:embed="rId8"/>
                    <a:stretch>
                      <a:fillRect/>
                    </a:stretch>
                  </pic:blipFill>
                  <pic:spPr>
                    <a:xfrm>
                      <a:off x="0" y="0"/>
                      <a:ext cx="1417320" cy="944880"/>
                    </a:xfrm>
                    <a:prstGeom prst="rect">
                      <a:avLst/>
                    </a:prstGeom>
                  </pic:spPr>
                </pic:pic>
              </a:graphicData>
            </a:graphic>
          </wp:inline>
        </w:drawing>
      </w:r>
    </w:p>
    <w:p w14:paraId="4EA8F052" w14:textId="77777777" w:rsidR="007813F7" w:rsidRDefault="00000000">
      <w:pPr>
        <w:pBdr>
          <w:bottom w:val="single" w:sz="10" w:space="1" w:color="B18B2A"/>
        </w:pBdr>
        <w:spacing w:after="80"/>
        <w:rPr>
          <w:rFonts w:hint="eastAsia"/>
        </w:rPr>
      </w:pPr>
      <w:r>
        <w:rPr>
          <w:sz w:val="4"/>
        </w:rPr>
        <w:t xml:space="preserve">  </w:t>
      </w:r>
    </w:p>
    <w:p w14:paraId="42184E88" w14:textId="77777777" w:rsidR="007813F7" w:rsidRDefault="00000000">
      <w:pPr>
        <w:jc w:val="center"/>
        <w:rPr>
          <w:rFonts w:hint="eastAsia"/>
        </w:rPr>
      </w:pPr>
      <w:r>
        <w:rPr>
          <w:rFonts w:ascii="Arial" w:hAnsi="Arial"/>
          <w:b/>
          <w:color w:val="5B205B"/>
          <w:sz w:val="36"/>
        </w:rPr>
        <w:t>Terms &amp; Conditions</w:t>
      </w:r>
    </w:p>
    <w:p w14:paraId="3989A1F4" w14:textId="77777777" w:rsidR="007813F7" w:rsidRDefault="00000000">
      <w:pPr>
        <w:jc w:val="center"/>
        <w:rPr>
          <w:rFonts w:hint="eastAsia"/>
        </w:rPr>
      </w:pPr>
      <w:r>
        <w:rPr>
          <w:b/>
        </w:rPr>
        <w:t>We understand that plans can change and will always do our best to accommodate our clients. To</w:t>
      </w:r>
      <w:r>
        <w:rPr>
          <w:b/>
        </w:rPr>
        <w:br/>
        <w:t>help us run our appointments smoothly and fairly, please read and agree to the following Terms &amp;</w:t>
      </w:r>
      <w:r>
        <w:rPr>
          <w:b/>
        </w:rPr>
        <w:br/>
        <w:t>Conditions when booking.</w:t>
      </w:r>
    </w:p>
    <w:p w14:paraId="7016F2B7" w14:textId="77777777" w:rsidR="007813F7" w:rsidRDefault="00000000">
      <w:pPr>
        <w:pStyle w:val="TCHeading"/>
      </w:pPr>
      <w:r>
        <w:t>1. Appointments &amp; Deposits</w:t>
      </w:r>
    </w:p>
    <w:p w14:paraId="3B6A57F5" w14:textId="77777777" w:rsidR="007813F7" w:rsidRDefault="00000000">
      <w:pPr>
        <w:rPr>
          <w:rFonts w:hint="eastAsia"/>
        </w:rPr>
      </w:pPr>
      <w:r>
        <w:t>A non-refundable deposit is required to secure every appointment. The required deposit is:</w:t>
      </w:r>
    </w:p>
    <w:p w14:paraId="79BD270B" w14:textId="77777777" w:rsidR="007813F7" w:rsidRDefault="00000000">
      <w:pPr>
        <w:pStyle w:val="ListBullet"/>
        <w:spacing w:after="40"/>
        <w:ind w:left="317" w:hanging="173"/>
        <w:rPr>
          <w:rFonts w:hint="eastAsia"/>
        </w:rPr>
      </w:pPr>
      <w:r>
        <w:t>Dog grooming appointments: £20 deposit per appointment</w:t>
      </w:r>
    </w:p>
    <w:p w14:paraId="688FD76A" w14:textId="77777777" w:rsidR="007813F7" w:rsidRDefault="00000000">
      <w:pPr>
        <w:pStyle w:val="ListBullet"/>
        <w:spacing w:after="40"/>
        <w:ind w:left="317" w:hanging="173"/>
        <w:rPr>
          <w:rFonts w:hint="eastAsia"/>
        </w:rPr>
      </w:pPr>
      <w:r>
        <w:t>Cat grooming appointments: 50% of the booked appointment price</w:t>
      </w:r>
    </w:p>
    <w:p w14:paraId="7147F876" w14:textId="77777777" w:rsidR="007813F7" w:rsidRDefault="00000000">
      <w:pPr>
        <w:rPr>
          <w:rFonts w:hint="eastAsia"/>
        </w:rPr>
      </w:pPr>
      <w:r>
        <w:t>Your booking is not confirmed until the required deposit has been received.</w:t>
      </w:r>
    </w:p>
    <w:p w14:paraId="7113C9D7" w14:textId="77777777" w:rsidR="007813F7" w:rsidRDefault="00000000">
      <w:pPr>
        <w:rPr>
          <w:rFonts w:hint="eastAsia"/>
        </w:rPr>
      </w:pPr>
      <w:r>
        <w:t>Your deposit will be deducted from the total cost of your grooming appointment.</w:t>
      </w:r>
    </w:p>
    <w:p w14:paraId="1F332A6E" w14:textId="77777777" w:rsidR="007813F7" w:rsidRDefault="00000000">
      <w:pPr>
        <w:rPr>
          <w:rFonts w:hint="eastAsia"/>
        </w:rPr>
      </w:pPr>
      <w:r>
        <w:t>In certain circumstances, we may require 100% of the booked appointment price upfront at the time of booking.</w:t>
      </w:r>
    </w:p>
    <w:p w14:paraId="08EF720A" w14:textId="77777777" w:rsidR="007813F7" w:rsidRDefault="00000000">
      <w:pPr>
        <w:pStyle w:val="TCHeading"/>
      </w:pPr>
      <w:r>
        <w:t>2. Rescheduling &amp; Cancellations</w:t>
      </w:r>
    </w:p>
    <w:p w14:paraId="64F6A653" w14:textId="77777777" w:rsidR="007813F7" w:rsidRDefault="00000000">
      <w:pPr>
        <w:rPr>
          <w:rFonts w:hint="eastAsia"/>
        </w:rPr>
      </w:pPr>
      <w:r>
        <w:t>We are happy to reschedule your appointment free of charge when more than 48 hours’ notice is provided. Your deposit can be transferred to your rearranged appointment.</w:t>
      </w:r>
    </w:p>
    <w:p w14:paraId="65579CEF" w14:textId="77777777" w:rsidR="007813F7" w:rsidRDefault="00000000">
      <w:pPr>
        <w:rPr>
          <w:rFonts w:hint="eastAsia"/>
        </w:rPr>
      </w:pPr>
      <w:r>
        <w:t>If you cancel or request to rearrange your appointment within 48 hours of your scheduled appointment time, you will be charged 100% of the booked appointment price.</w:t>
      </w:r>
    </w:p>
    <w:p w14:paraId="6D2C7468" w14:textId="77777777" w:rsidR="007813F7" w:rsidRDefault="00000000">
      <w:pPr>
        <w:rPr>
          <w:rFonts w:hint="eastAsia"/>
        </w:rPr>
      </w:pPr>
      <w:r>
        <w:t>Deposits are non-refundable.</w:t>
      </w:r>
    </w:p>
    <w:p w14:paraId="5D7AB616" w14:textId="77777777" w:rsidR="007813F7" w:rsidRDefault="00000000">
      <w:pPr>
        <w:pStyle w:val="TCHeading"/>
      </w:pPr>
      <w:r>
        <w:t>3. No-Shows</w:t>
      </w:r>
    </w:p>
    <w:p w14:paraId="47A85105" w14:textId="77777777" w:rsidR="007813F7" w:rsidRDefault="00000000">
      <w:pPr>
        <w:rPr>
          <w:rFonts w:hint="eastAsia"/>
        </w:rPr>
      </w:pPr>
      <w:r>
        <w:t>If you do not attend your appointment and have not provided us with notice, this will be treated as a no-show.</w:t>
      </w:r>
    </w:p>
    <w:p w14:paraId="1F38FD4B" w14:textId="77777777" w:rsidR="007813F7" w:rsidRDefault="00000000">
      <w:pPr>
        <w:rPr>
          <w:rFonts w:hint="eastAsia"/>
        </w:rPr>
      </w:pPr>
      <w:r>
        <w:t>No-shows will be charged 100% of the booked appointment price. Any deposit already paid will be forfeited and applied towards the amount due.</w:t>
      </w:r>
    </w:p>
    <w:p w14:paraId="6859DCDE" w14:textId="77777777" w:rsidR="007813F7" w:rsidRDefault="00000000">
      <w:pPr>
        <w:rPr>
          <w:rFonts w:hint="eastAsia"/>
        </w:rPr>
      </w:pPr>
      <w:r>
        <w:t>Any outstanding cancellation or no-show fees must be paid in full before another appointment can be booked.</w:t>
      </w:r>
    </w:p>
    <w:p w14:paraId="5A7B1A72" w14:textId="77777777" w:rsidR="007813F7" w:rsidRDefault="00000000">
      <w:pPr>
        <w:rPr>
          <w:rFonts w:hint="eastAsia"/>
        </w:rPr>
      </w:pPr>
      <w:r>
        <w:t>Repeated cancellations or no-shows may result in us being unable to accept future bookings from you, or we may require future appointments to be paid for in full upfront at the time of booking.</w:t>
      </w:r>
    </w:p>
    <w:p w14:paraId="3FB27389" w14:textId="77777777" w:rsidR="007813F7" w:rsidRDefault="00000000">
      <w:pPr>
        <w:pStyle w:val="TCHeading"/>
      </w:pPr>
      <w:r>
        <w:t>4. Late Arrivals</w:t>
      </w:r>
    </w:p>
    <w:p w14:paraId="3C072CBB" w14:textId="77777777" w:rsidR="007813F7" w:rsidRDefault="00000000">
      <w:pPr>
        <w:rPr>
          <w:rFonts w:hint="eastAsia"/>
        </w:rPr>
      </w:pPr>
      <w:r>
        <w:t>Clients are expected to arrive on time for their appointment.</w:t>
      </w:r>
    </w:p>
    <w:p w14:paraId="7A4BD33A" w14:textId="77777777" w:rsidR="007813F7" w:rsidRDefault="00000000">
      <w:pPr>
        <w:rPr>
          <w:rFonts w:hint="eastAsia"/>
        </w:rPr>
      </w:pPr>
      <w:r>
        <w:t>If you arrive more than 15 minutes late, we may need to shorten, reschedule or cancel your appointment to prevent delays for other clients and to ensure we have sufficient time to groom your pet safely.</w:t>
      </w:r>
    </w:p>
    <w:p w14:paraId="49F35B58" w14:textId="77777777" w:rsidR="007813F7" w:rsidRDefault="00000000">
      <w:pPr>
        <w:rPr>
          <w:rFonts w:hint="eastAsia"/>
        </w:rPr>
      </w:pPr>
      <w:r>
        <w:t>If we have not received any communication from you within 15 minutes of your appointment time, your appointment may be treated as a no-show and our no-show policy will apply, meaning 100% of the booked appointment price will be charged.</w:t>
      </w:r>
    </w:p>
    <w:p w14:paraId="180421CD" w14:textId="77777777" w:rsidR="007813F7" w:rsidRDefault="00000000">
      <w:pPr>
        <w:rPr>
          <w:rFonts w:hint="eastAsia"/>
        </w:rPr>
      </w:pPr>
      <w:r>
        <w:br w:type="page"/>
      </w:r>
    </w:p>
    <w:p w14:paraId="71917F59" w14:textId="77777777" w:rsidR="007813F7" w:rsidRDefault="00000000">
      <w:pPr>
        <w:spacing w:after="40"/>
        <w:jc w:val="center"/>
        <w:rPr>
          <w:rFonts w:hint="eastAsia"/>
        </w:rPr>
      </w:pPr>
      <w:r>
        <w:rPr>
          <w:noProof/>
        </w:rPr>
        <w:lastRenderedPageBreak/>
        <w:drawing>
          <wp:inline distT="0" distB="0" distL="0" distR="0" wp14:anchorId="0D0D61C6" wp14:editId="556CABD7">
            <wp:extent cx="1417320" cy="944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rop.png"/>
                    <pic:cNvPicPr/>
                  </pic:nvPicPr>
                  <pic:blipFill>
                    <a:blip r:embed="rId8"/>
                    <a:stretch>
                      <a:fillRect/>
                    </a:stretch>
                  </pic:blipFill>
                  <pic:spPr>
                    <a:xfrm>
                      <a:off x="0" y="0"/>
                      <a:ext cx="1417320" cy="944880"/>
                    </a:xfrm>
                    <a:prstGeom prst="rect">
                      <a:avLst/>
                    </a:prstGeom>
                  </pic:spPr>
                </pic:pic>
              </a:graphicData>
            </a:graphic>
          </wp:inline>
        </w:drawing>
      </w:r>
    </w:p>
    <w:p w14:paraId="75CF7D47" w14:textId="77777777" w:rsidR="007813F7" w:rsidRDefault="00000000">
      <w:pPr>
        <w:pBdr>
          <w:bottom w:val="single" w:sz="10" w:space="1" w:color="B18B2A"/>
        </w:pBdr>
        <w:spacing w:after="80"/>
        <w:rPr>
          <w:rFonts w:hint="eastAsia"/>
        </w:rPr>
      </w:pPr>
      <w:r>
        <w:rPr>
          <w:sz w:val="4"/>
        </w:rPr>
        <w:t xml:space="preserve">  </w:t>
      </w:r>
    </w:p>
    <w:p w14:paraId="3406080D" w14:textId="77777777" w:rsidR="007813F7" w:rsidRDefault="00000000">
      <w:pPr>
        <w:pStyle w:val="TCHeading"/>
      </w:pPr>
      <w:r>
        <w:t>5. One-to-One Appointments &amp; Collection</w:t>
      </w:r>
    </w:p>
    <w:p w14:paraId="666FACEB" w14:textId="77777777" w:rsidR="007813F7" w:rsidRDefault="00000000">
      <w:pPr>
        <w:rPr>
          <w:rFonts w:hint="eastAsia"/>
        </w:rPr>
      </w:pPr>
      <w:r>
        <w:t>We operate on a one-to-one appointment basis, so your pet must be collected at the agreed time given at drop-off.</w:t>
      </w:r>
    </w:p>
    <w:p w14:paraId="6549972C" w14:textId="77777777" w:rsidR="007813F7" w:rsidRDefault="00000000">
      <w:pPr>
        <w:rPr>
          <w:rFonts w:hint="eastAsia"/>
        </w:rPr>
      </w:pPr>
      <w:r>
        <w:t>If your pet is not collected within 15 minutes of the agreed collection time, a £15 late collection fee will apply for every 15 minutes they remain in our care.</w:t>
      </w:r>
    </w:p>
    <w:p w14:paraId="53397116" w14:textId="77777777" w:rsidR="007813F7" w:rsidRDefault="00000000">
      <w:pPr>
        <w:pStyle w:val="TCHeading"/>
      </w:pPr>
      <w:r>
        <w:t>6. Pricing &amp; Payment</w:t>
      </w:r>
    </w:p>
    <w:p w14:paraId="5DB44DBB" w14:textId="77777777" w:rsidR="007813F7" w:rsidRDefault="00000000">
      <w:pPr>
        <w:rPr>
          <w:rFonts w:hint="eastAsia"/>
        </w:rPr>
      </w:pPr>
      <w:r>
        <w:t>All prices are subject to change. The final price of your groom may vary depending on your pet's breed, size, coat condition, behaviour, health requirements and grooming requirements.</w:t>
      </w:r>
    </w:p>
    <w:p w14:paraId="6916D89F" w14:textId="77777777" w:rsidR="007813F7" w:rsidRDefault="00000000">
      <w:pPr>
        <w:rPr>
          <w:rFonts w:hint="eastAsia"/>
        </w:rPr>
      </w:pPr>
      <w:r>
        <w:t>If our stylists determine that your pet requires two members of staff to safely complete their groom, an additional £15 charge may apply per 30 minutes. This may be due to your pet's size, behaviour or health requirements.</w:t>
      </w:r>
    </w:p>
    <w:p w14:paraId="2C8135DD" w14:textId="77777777" w:rsidR="007813F7" w:rsidRDefault="00000000">
      <w:pPr>
        <w:rPr>
          <w:rFonts w:hint="eastAsia"/>
        </w:rPr>
      </w:pPr>
      <w:r>
        <w:t>Payment is required upon completion of the grooming service unless otherwise agreed. Any deposit already paid will be deducted from the final amount due.</w:t>
      </w:r>
    </w:p>
    <w:p w14:paraId="73FC1A8D" w14:textId="77777777" w:rsidR="007813F7" w:rsidRDefault="00000000">
      <w:pPr>
        <w:rPr>
          <w:rFonts w:hint="eastAsia"/>
        </w:rPr>
      </w:pPr>
      <w:r>
        <w:t>In certain circumstances, including previous cancellations or no-shows, we reserve the right to request 100% of the booked appointment price upfront before confirming an appointment.</w:t>
      </w:r>
    </w:p>
    <w:p w14:paraId="29938710" w14:textId="77777777" w:rsidR="007813F7" w:rsidRDefault="00000000">
      <w:pPr>
        <w:rPr>
          <w:rFonts w:hint="eastAsia"/>
        </w:rPr>
      </w:pPr>
      <w:r>
        <w:rPr>
          <w:rFonts w:ascii="Arial" w:hAnsi="Arial"/>
          <w:b/>
          <w:color w:val="5B205B"/>
          <w:sz w:val="26"/>
        </w:rPr>
        <w:t>Salon Policies</w:t>
      </w:r>
    </w:p>
    <w:p w14:paraId="1BB1439C" w14:textId="77777777" w:rsidR="007813F7" w:rsidRDefault="00000000">
      <w:pPr>
        <w:pStyle w:val="TCHeading"/>
      </w:pPr>
      <w:r>
        <w:t>7. Complaints Policy</w:t>
      </w:r>
    </w:p>
    <w:p w14:paraId="7A7B867E" w14:textId="77777777" w:rsidR="007813F7" w:rsidRDefault="00000000">
      <w:pPr>
        <w:rPr>
          <w:rFonts w:hint="eastAsia"/>
        </w:rPr>
      </w:pPr>
      <w:r>
        <w:t>We aim to provide a service that leaves 100% of our clients happy with their pet’s groom. However, we understand that on rare occasions an issue may arise during or following an appointment.</w:t>
      </w:r>
    </w:p>
    <w:p w14:paraId="6FE39345" w14:textId="77777777" w:rsidR="007813F7" w:rsidRDefault="00000000">
      <w:pPr>
        <w:rPr>
          <w:rFonts w:hint="eastAsia"/>
        </w:rPr>
      </w:pPr>
      <w:r>
        <w:t>If you have any concerns or would like to make a complaint regarding your pet’s groom, please email thefluffysideofnorthstreet@gmail.com and include:</w:t>
      </w:r>
    </w:p>
    <w:p w14:paraId="0895B5E1" w14:textId="77777777" w:rsidR="007813F7" w:rsidRDefault="00000000">
      <w:pPr>
        <w:pStyle w:val="ListBullet"/>
        <w:spacing w:after="40"/>
        <w:ind w:left="317" w:hanging="173"/>
        <w:rPr>
          <w:rFonts w:hint="eastAsia"/>
        </w:rPr>
      </w:pPr>
      <w:r>
        <w:t>Your pet’s name</w:t>
      </w:r>
    </w:p>
    <w:p w14:paraId="726F3D4B" w14:textId="77777777" w:rsidR="007813F7" w:rsidRDefault="00000000">
      <w:pPr>
        <w:pStyle w:val="ListBullet"/>
        <w:spacing w:after="40"/>
        <w:ind w:left="317" w:hanging="173"/>
        <w:rPr>
          <w:rFonts w:hint="eastAsia"/>
        </w:rPr>
      </w:pPr>
      <w:r>
        <w:t>The date and time of the grooming appointment</w:t>
      </w:r>
    </w:p>
    <w:p w14:paraId="308F6E2B" w14:textId="77777777" w:rsidR="007813F7" w:rsidRDefault="00000000">
      <w:pPr>
        <w:pStyle w:val="ListBullet"/>
        <w:spacing w:after="40"/>
        <w:ind w:left="317" w:hanging="173"/>
        <w:rPr>
          <w:rFonts w:hint="eastAsia"/>
        </w:rPr>
      </w:pPr>
      <w:r>
        <w:t>Details of your concern or the issue you have experienced</w:t>
      </w:r>
    </w:p>
    <w:p w14:paraId="09822E22" w14:textId="77777777" w:rsidR="007813F7" w:rsidRDefault="00000000">
      <w:pPr>
        <w:pStyle w:val="ListBullet"/>
        <w:spacing w:after="40"/>
        <w:ind w:left="317" w:hanging="173"/>
        <w:rPr>
          <w:rFonts w:hint="eastAsia"/>
        </w:rPr>
      </w:pPr>
      <w:r>
        <w:t>Photographs, where appropriate, to help us understand the issue</w:t>
      </w:r>
    </w:p>
    <w:p w14:paraId="62307EE7" w14:textId="77777777" w:rsidR="007813F7" w:rsidRDefault="00000000">
      <w:pPr>
        <w:rPr>
          <w:rFonts w:hint="eastAsia"/>
        </w:rPr>
      </w:pPr>
      <w:r>
        <w:t>Please contact us within 48 hours of your grooming appointment so that we have the opportunity to assess your concerns and, where appropriate, discuss how they can be resolved.</w:t>
      </w:r>
    </w:p>
    <w:p w14:paraId="798158BA" w14:textId="77777777" w:rsidR="007813F7" w:rsidRDefault="00000000">
      <w:pPr>
        <w:rPr>
          <w:rFonts w:hint="eastAsia"/>
        </w:rPr>
      </w:pPr>
      <w:r>
        <w:t>Complaints regarding the groom itself should be raised within this 48-hour period, as changes to the coat after this time may make it difficult for us to accurately assess the original groom. Where an issue relates to something that could not reasonably have been identified within 48 hours, we will consider the circumstances individually.</w:t>
      </w:r>
    </w:p>
    <w:p w14:paraId="7235DE97" w14:textId="77777777" w:rsidR="007813F7" w:rsidRDefault="00000000">
      <w:pPr>
        <w:pStyle w:val="TCHeading"/>
      </w:pPr>
      <w:r>
        <w:t>8. Pet Health, Behaviour &amp; Welfare</w:t>
      </w:r>
    </w:p>
    <w:p w14:paraId="17A92CD6" w14:textId="77777777" w:rsidR="007813F7" w:rsidRDefault="00000000">
      <w:pPr>
        <w:rPr>
          <w:rFonts w:hint="eastAsia"/>
        </w:rPr>
      </w:pPr>
      <w:r>
        <w:t>Please inform us before your appointment of any medical conditions, allergies, injuries, skin conditions, mobility difficulties, behavioural concerns, previous grooming difficulties or anything else that may affect your pet during their appointment.</w:t>
      </w:r>
    </w:p>
    <w:p w14:paraId="5029C976" w14:textId="77777777" w:rsidR="007813F7" w:rsidRDefault="00000000">
      <w:pPr>
        <w:rPr>
          <w:rFonts w:hint="eastAsia"/>
        </w:rPr>
      </w:pPr>
      <w:r>
        <w:t>You must also inform us if your pet has previously shown aggressive, reactive or highly anxious behaviour during grooming.</w:t>
      </w:r>
    </w:p>
    <w:p w14:paraId="6E2284CA" w14:textId="77777777" w:rsidR="007813F7" w:rsidRDefault="00000000">
      <w:pPr>
        <w:rPr>
          <w:rFonts w:hint="eastAsia"/>
        </w:rPr>
      </w:pPr>
      <w:r>
        <w:br w:type="page"/>
      </w:r>
    </w:p>
    <w:p w14:paraId="3D4D19D1" w14:textId="77777777" w:rsidR="007813F7" w:rsidRDefault="00000000">
      <w:pPr>
        <w:spacing w:after="40"/>
        <w:jc w:val="center"/>
        <w:rPr>
          <w:rFonts w:hint="eastAsia"/>
        </w:rPr>
      </w:pPr>
      <w:r>
        <w:rPr>
          <w:noProof/>
        </w:rPr>
        <w:lastRenderedPageBreak/>
        <w:drawing>
          <wp:inline distT="0" distB="0" distL="0" distR="0" wp14:anchorId="450938D0" wp14:editId="0DD55803">
            <wp:extent cx="1417320" cy="9448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rop.png"/>
                    <pic:cNvPicPr/>
                  </pic:nvPicPr>
                  <pic:blipFill>
                    <a:blip r:embed="rId8"/>
                    <a:stretch>
                      <a:fillRect/>
                    </a:stretch>
                  </pic:blipFill>
                  <pic:spPr>
                    <a:xfrm>
                      <a:off x="0" y="0"/>
                      <a:ext cx="1417320" cy="944880"/>
                    </a:xfrm>
                    <a:prstGeom prst="rect">
                      <a:avLst/>
                    </a:prstGeom>
                  </pic:spPr>
                </pic:pic>
              </a:graphicData>
            </a:graphic>
          </wp:inline>
        </w:drawing>
      </w:r>
    </w:p>
    <w:p w14:paraId="51E43813" w14:textId="77777777" w:rsidR="007813F7" w:rsidRDefault="00000000">
      <w:pPr>
        <w:pBdr>
          <w:bottom w:val="single" w:sz="10" w:space="1" w:color="B18B2A"/>
        </w:pBdr>
        <w:spacing w:after="80"/>
        <w:rPr>
          <w:rFonts w:hint="eastAsia"/>
        </w:rPr>
      </w:pPr>
      <w:r>
        <w:rPr>
          <w:sz w:val="4"/>
        </w:rPr>
        <w:t xml:space="preserve">  </w:t>
      </w:r>
    </w:p>
    <w:p w14:paraId="3B47FFE1" w14:textId="77777777" w:rsidR="007813F7" w:rsidRDefault="00000000">
      <w:pPr>
        <w:rPr>
          <w:rFonts w:hint="eastAsia"/>
        </w:rPr>
      </w:pPr>
      <w:r>
        <w:t>Your pet's health, safety and welfare are our priority. If at any point we believe continuing with a groom could cause unnecessary distress or present a risk to your pet, our staff or others within the salon, we reserve the right to modify, shorten or stop the groom.</w:t>
      </w:r>
    </w:p>
    <w:p w14:paraId="54301F72" w14:textId="77777777" w:rsidR="007813F7" w:rsidRDefault="00000000">
      <w:pPr>
        <w:rPr>
          <w:rFonts w:hint="eastAsia"/>
        </w:rPr>
      </w:pPr>
      <w:r>
        <w:rPr>
          <w:rFonts w:ascii="Arial" w:hAnsi="Arial"/>
          <w:b/>
          <w:color w:val="B18B2A"/>
          <w:sz w:val="24"/>
        </w:rPr>
        <w:t>Cat Grooming</w:t>
      </w:r>
    </w:p>
    <w:p w14:paraId="553347E8" w14:textId="77777777" w:rsidR="007813F7" w:rsidRDefault="00000000">
      <w:pPr>
        <w:rPr>
          <w:rFonts w:hint="eastAsia"/>
        </w:rPr>
      </w:pPr>
      <w:r>
        <w:t>Cats can be unpredictable and their behaviour may change during grooming. For the safety and welfare of your cat and our groomers, we reserve the right to stop the groom at any time if your cat becomes overly stressed, aggressive or poses a risk of injury.</w:t>
      </w:r>
    </w:p>
    <w:p w14:paraId="2B5A73E9" w14:textId="77777777" w:rsidR="007813F7" w:rsidRDefault="00000000">
      <w:pPr>
        <w:rPr>
          <w:rFonts w:hint="eastAsia"/>
        </w:rPr>
      </w:pPr>
      <w:r>
        <w:t>If we are unable to complete your cat's groom safely, 100% of the booked appointment price will still be payable, even if the groom cannot be completed.</w:t>
      </w:r>
    </w:p>
    <w:p w14:paraId="481D894F" w14:textId="77777777" w:rsidR="007813F7" w:rsidRDefault="00000000">
      <w:pPr>
        <w:rPr>
          <w:rFonts w:hint="eastAsia"/>
        </w:rPr>
      </w:pPr>
      <w:r>
        <w:t>By booking a cat grooming appointment, you acknowledge and agree to these terms.</w:t>
      </w:r>
    </w:p>
    <w:p w14:paraId="30298978" w14:textId="77777777" w:rsidR="007813F7" w:rsidRDefault="00000000">
      <w:pPr>
        <w:pStyle w:val="TCHeading"/>
      </w:pPr>
      <w:r>
        <w:t>9. Matted Coats</w:t>
      </w:r>
    </w:p>
    <w:p w14:paraId="448B9E67" w14:textId="77777777" w:rsidR="007813F7" w:rsidRDefault="00000000">
      <w:pPr>
        <w:rPr>
          <w:rFonts w:hint="eastAsia"/>
        </w:rPr>
      </w:pPr>
      <w:r>
        <w:t>Where a pet’s coat is severely tangled or matted, it may not be possible or appropriate to achieve the requested style.</w:t>
      </w:r>
    </w:p>
    <w:p w14:paraId="3B48BF24" w14:textId="77777777" w:rsidR="007813F7" w:rsidRDefault="00000000">
      <w:pPr>
        <w:rPr>
          <w:rFonts w:hint="eastAsia"/>
        </w:rPr>
      </w:pPr>
      <w:r>
        <w:t>We will always prioritise your pet’s comfort and welfare and may recommend clipping the coat shorter rather than attempting prolonged or uncomfortable de-matting.</w:t>
      </w:r>
    </w:p>
    <w:p w14:paraId="70D9AD3B" w14:textId="77777777" w:rsidR="007813F7" w:rsidRDefault="00000000">
      <w:pPr>
        <w:rPr>
          <w:rFonts w:hint="eastAsia"/>
        </w:rPr>
      </w:pPr>
      <w:r>
        <w:t>Additional charges may apply where a coat requires significantly more time, specialist handling or additional work due to matting or poor coat condition.</w:t>
      </w:r>
    </w:p>
    <w:p w14:paraId="69D79283" w14:textId="77777777" w:rsidR="007813F7" w:rsidRDefault="00000000">
      <w:pPr>
        <w:pStyle w:val="TCHeading"/>
      </w:pPr>
      <w:r>
        <w:t>10. Fleas &amp; Parasites</w:t>
      </w:r>
    </w:p>
    <w:p w14:paraId="0E1CA2F4" w14:textId="77777777" w:rsidR="007813F7" w:rsidRDefault="00000000">
      <w:pPr>
        <w:rPr>
          <w:rFonts w:hint="eastAsia"/>
        </w:rPr>
      </w:pPr>
      <w:r>
        <w:t>Please ensure your pet is free from fleas and other parasites before attending their appointment.</w:t>
      </w:r>
    </w:p>
    <w:p w14:paraId="7BA42BAD" w14:textId="77777777" w:rsidR="007813F7" w:rsidRDefault="00000000">
      <w:pPr>
        <w:rPr>
          <w:rFonts w:hint="eastAsia"/>
        </w:rPr>
      </w:pPr>
      <w:r>
        <w:t>If fleas are found before we accept your dog into the salon for grooming, we reserve the right to refuse the appointment. In these circumstances, 100% of the booked appointment price will still be payable, as the appointment time has been reserved and cannot generally be filled at short notice.</w:t>
      </w:r>
    </w:p>
    <w:p w14:paraId="642C7F29" w14:textId="77777777" w:rsidR="007813F7" w:rsidRDefault="00000000">
      <w:pPr>
        <w:rPr>
          <w:rFonts w:hint="eastAsia"/>
        </w:rPr>
      </w:pPr>
      <w:r>
        <w:t>If fleas are found during the groom, we will need to flea shampoo your pet and treat the salon to prevent them spreading to other clients. An additional £15 charge will be added to your appointment.</w:t>
      </w:r>
    </w:p>
    <w:p w14:paraId="1A1736B7" w14:textId="77777777" w:rsidR="007813F7" w:rsidRDefault="00000000">
      <w:pPr>
        <w:rPr>
          <w:rFonts w:hint="eastAsia"/>
        </w:rPr>
      </w:pPr>
      <w:r>
        <w:t>By booking an appointment, you acknowledge and agree that 100% of the booked appointment price remains payable if your pet is refused grooming due to fleas or other contagious parasites.</w:t>
      </w:r>
    </w:p>
    <w:p w14:paraId="079AD6C3" w14:textId="77777777" w:rsidR="007813F7" w:rsidRDefault="00000000">
      <w:pPr>
        <w:pStyle w:val="TCHeading"/>
      </w:pPr>
      <w:r>
        <w:t>11. Pregnancy, Lactation, Puppies &amp; Bitches in Season</w:t>
      </w:r>
    </w:p>
    <w:p w14:paraId="5A2DA6DE" w14:textId="77777777" w:rsidR="007813F7" w:rsidRDefault="00000000">
      <w:pPr>
        <w:rPr>
          <w:rFonts w:hint="eastAsia"/>
        </w:rPr>
      </w:pPr>
      <w:r>
        <w:t>For the health, safety and welfare of your pet, the following policies apply:</w:t>
      </w:r>
    </w:p>
    <w:p w14:paraId="24677D0C" w14:textId="77777777" w:rsidR="007813F7" w:rsidRDefault="00000000">
      <w:pPr>
        <w:pStyle w:val="ListBullet"/>
        <w:spacing w:after="40"/>
        <w:ind w:left="317" w:hanging="173"/>
        <w:rPr>
          <w:rFonts w:hint="eastAsia"/>
        </w:rPr>
      </w:pPr>
      <w:r>
        <w:t>We do not groom pregnant bitches.</w:t>
      </w:r>
    </w:p>
    <w:p w14:paraId="31350C81" w14:textId="77777777" w:rsidR="007813F7" w:rsidRDefault="00000000">
      <w:pPr>
        <w:pStyle w:val="ListBullet"/>
        <w:spacing w:after="40"/>
        <w:ind w:left="317" w:hanging="173"/>
        <w:rPr>
          <w:rFonts w:hint="eastAsia"/>
        </w:rPr>
      </w:pPr>
      <w:r>
        <w:t>We do not groom lactating (nursing) bitches.</w:t>
      </w:r>
    </w:p>
    <w:p w14:paraId="5B2D6DDB" w14:textId="77777777" w:rsidR="007813F7" w:rsidRDefault="00000000">
      <w:pPr>
        <w:pStyle w:val="ListBullet"/>
        <w:spacing w:after="40"/>
        <w:ind w:left="317" w:hanging="173"/>
        <w:rPr>
          <w:rFonts w:hint="eastAsia"/>
        </w:rPr>
      </w:pPr>
      <w:r>
        <w:t>Puppies must be fully weaned before their mother can be groomed.</w:t>
      </w:r>
    </w:p>
    <w:p w14:paraId="78DC3EDA" w14:textId="77777777" w:rsidR="007813F7" w:rsidRDefault="00000000">
      <w:pPr>
        <w:pStyle w:val="ListBullet"/>
        <w:spacing w:after="40"/>
        <w:ind w:left="317" w:hanging="173"/>
        <w:rPr>
          <w:rFonts w:hint="eastAsia"/>
        </w:rPr>
      </w:pPr>
      <w:r>
        <w:t>Puppies must be fully vaccinated before we can groom them. We may request proof of vaccination before or at the time of the appointment.</w:t>
      </w:r>
    </w:p>
    <w:p w14:paraId="3464184C" w14:textId="77777777" w:rsidR="007813F7" w:rsidRDefault="00000000">
      <w:pPr>
        <w:pStyle w:val="ListBullet"/>
        <w:spacing w:after="40"/>
        <w:ind w:left="317" w:hanging="173"/>
        <w:rPr>
          <w:rFonts w:hint="eastAsia"/>
        </w:rPr>
      </w:pPr>
      <w:r>
        <w:t>We do not groom bitches while they are in season (heat).</w:t>
      </w:r>
    </w:p>
    <w:p w14:paraId="7F04F30C" w14:textId="77777777" w:rsidR="007813F7" w:rsidRDefault="00000000">
      <w:pPr>
        <w:pStyle w:val="ListBullet"/>
        <w:spacing w:after="40"/>
        <w:ind w:left="317" w:hanging="173"/>
        <w:rPr>
          <w:rFonts w:hint="eastAsia"/>
        </w:rPr>
      </w:pPr>
      <w:r>
        <w:t>Please inform us at the time of booking if your bitch is pregnant, lactating or likely to be in season at the time of her appointment.</w:t>
      </w:r>
    </w:p>
    <w:p w14:paraId="7BED1296" w14:textId="77777777" w:rsidR="007813F7" w:rsidRDefault="00000000">
      <w:pPr>
        <w:rPr>
          <w:rFonts w:hint="eastAsia"/>
        </w:rPr>
      </w:pPr>
      <w:r>
        <w:br w:type="page"/>
      </w:r>
    </w:p>
    <w:p w14:paraId="50EEEEAA" w14:textId="77777777" w:rsidR="007813F7" w:rsidRDefault="00000000">
      <w:pPr>
        <w:spacing w:after="40"/>
        <w:jc w:val="center"/>
        <w:rPr>
          <w:rFonts w:hint="eastAsia"/>
        </w:rPr>
      </w:pPr>
      <w:r>
        <w:rPr>
          <w:noProof/>
        </w:rPr>
        <w:lastRenderedPageBreak/>
        <w:drawing>
          <wp:inline distT="0" distB="0" distL="0" distR="0" wp14:anchorId="4C9E1367" wp14:editId="675B259D">
            <wp:extent cx="1417320" cy="9448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rop.png"/>
                    <pic:cNvPicPr/>
                  </pic:nvPicPr>
                  <pic:blipFill>
                    <a:blip r:embed="rId8"/>
                    <a:stretch>
                      <a:fillRect/>
                    </a:stretch>
                  </pic:blipFill>
                  <pic:spPr>
                    <a:xfrm>
                      <a:off x="0" y="0"/>
                      <a:ext cx="1417320" cy="944880"/>
                    </a:xfrm>
                    <a:prstGeom prst="rect">
                      <a:avLst/>
                    </a:prstGeom>
                  </pic:spPr>
                </pic:pic>
              </a:graphicData>
            </a:graphic>
          </wp:inline>
        </w:drawing>
      </w:r>
    </w:p>
    <w:p w14:paraId="7946D86E" w14:textId="77777777" w:rsidR="007813F7" w:rsidRDefault="00000000">
      <w:pPr>
        <w:pBdr>
          <w:bottom w:val="single" w:sz="10" w:space="1" w:color="B18B2A"/>
        </w:pBdr>
        <w:spacing w:after="80"/>
        <w:rPr>
          <w:rFonts w:hint="eastAsia"/>
        </w:rPr>
      </w:pPr>
      <w:r>
        <w:rPr>
          <w:sz w:val="4"/>
        </w:rPr>
        <w:t xml:space="preserve">  </w:t>
      </w:r>
    </w:p>
    <w:p w14:paraId="2DE9EAA6" w14:textId="5C91FF24" w:rsidR="007813F7" w:rsidRDefault="00000000">
      <w:pPr>
        <w:pStyle w:val="ListBullet"/>
        <w:spacing w:after="40"/>
        <w:ind w:left="317" w:hanging="173"/>
        <w:rPr>
          <w:rFonts w:hint="eastAsia"/>
        </w:rPr>
      </w:pPr>
      <w:r>
        <w:t xml:space="preserve">If a </w:t>
      </w:r>
      <w:r w:rsidR="00E44B4E">
        <w:t>female dog</w:t>
      </w:r>
      <w:r>
        <w:t xml:space="preserve"> arrives at the salon in season and we are unable to groom her as a result, 100% of the booked appointment price will still be payable. This is because the appointment time has been reserved and cannot generally be filled at short notice.</w:t>
      </w:r>
    </w:p>
    <w:p w14:paraId="01DBB15C" w14:textId="77777777" w:rsidR="007813F7" w:rsidRDefault="00000000">
      <w:pPr>
        <w:pStyle w:val="ListBullet"/>
        <w:spacing w:after="40"/>
        <w:ind w:left="317" w:hanging="173"/>
        <w:rPr>
          <w:rFonts w:hint="eastAsia"/>
        </w:rPr>
      </w:pPr>
      <w:r>
        <w:t>If we discover that a dog is pregnant, lactating or in season upon arrival, we reserve the right to refuse or postpone the grooming appointment where we believe this is necessary for the health, safety or welfare of the pet.</w:t>
      </w:r>
    </w:p>
    <w:p w14:paraId="642FBBBC" w14:textId="77777777" w:rsidR="007813F7" w:rsidRDefault="00000000">
      <w:pPr>
        <w:pStyle w:val="TCHeading"/>
      </w:pPr>
      <w:r>
        <w:t>12. Veterinary &amp; Emergency Treatment</w:t>
      </w:r>
    </w:p>
    <w:p w14:paraId="164206AD" w14:textId="77777777" w:rsidR="007813F7" w:rsidRDefault="00000000">
      <w:pPr>
        <w:rPr>
          <w:rFonts w:hint="eastAsia"/>
        </w:rPr>
      </w:pPr>
      <w:r>
        <w:t>Your pet’s health and welfare are our priority. In the unlikely event that your pet becomes unwell, is injured or requires urgent veterinary attention while in our care, we will make every reasonable effort to contact you immediately.</w:t>
      </w:r>
    </w:p>
    <w:p w14:paraId="7E06CA20" w14:textId="77777777" w:rsidR="007813F7" w:rsidRDefault="00000000">
      <w:pPr>
        <w:rPr>
          <w:rFonts w:hint="eastAsia"/>
        </w:rPr>
      </w:pPr>
      <w:r>
        <w:t>If we believe veterinary attention cannot safely be delayed, you authorise us to seek appropriate veterinary treatment on your behalf.</w:t>
      </w:r>
    </w:p>
    <w:p w14:paraId="65851F11" w14:textId="77777777" w:rsidR="007813F7" w:rsidRDefault="00000000">
      <w:pPr>
        <w:rPr>
          <w:rFonts w:hint="eastAsia"/>
        </w:rPr>
      </w:pPr>
      <w:r>
        <w:t>Our local veterinary practice is Highcroft Veterinary Centre – Ashton, 15 Duckmoor Road, Bristol, BS3 2DD.</w:t>
      </w:r>
    </w:p>
    <w:p w14:paraId="3F05A92A" w14:textId="77777777" w:rsidR="007813F7" w:rsidRDefault="00000000">
      <w:pPr>
        <w:rPr>
          <w:rFonts w:hint="eastAsia"/>
        </w:rPr>
      </w:pPr>
      <w:r>
        <w:t>Any veterinary fees incurred will be the responsibility of the owner, except where we are legally responsible for those costs.</w:t>
      </w:r>
    </w:p>
    <w:p w14:paraId="57378FDD" w14:textId="77777777" w:rsidR="007813F7" w:rsidRDefault="00000000">
      <w:pPr>
        <w:pStyle w:val="TCHeading"/>
      </w:pPr>
      <w:r>
        <w:t>13. Photography &amp; Advertising</w:t>
      </w:r>
    </w:p>
    <w:p w14:paraId="099708CD" w14:textId="77777777" w:rsidR="007813F7" w:rsidRDefault="00000000">
      <w:pPr>
        <w:rPr>
          <w:rFonts w:hint="eastAsia"/>
        </w:rPr>
      </w:pPr>
      <w:r>
        <w:t>We may take photographs or videos of your pet during or after their appointment for use on our website, social media and other advertising or promotional materials.</w:t>
      </w:r>
    </w:p>
    <w:p w14:paraId="02394917" w14:textId="77777777" w:rsidR="007813F7" w:rsidRDefault="00000000">
      <w:pPr>
        <w:rPr>
          <w:rFonts w:hint="eastAsia"/>
        </w:rPr>
      </w:pPr>
      <w:r>
        <w:t>If you would prefer your pet not to be photographed or used for promotional purposes, please let us know before their appointment.</w:t>
      </w:r>
    </w:p>
    <w:p w14:paraId="6AB595B3" w14:textId="77777777" w:rsidR="007813F7" w:rsidRDefault="00000000">
      <w:pPr>
        <w:pStyle w:val="TCHeading"/>
      </w:pPr>
      <w:r>
        <w:t>14. Agreement to Our Terms</w:t>
      </w:r>
    </w:p>
    <w:p w14:paraId="533CE386" w14:textId="77777777" w:rsidR="007813F7" w:rsidRDefault="00000000">
      <w:pPr>
        <w:rPr>
          <w:rFonts w:hint="eastAsia"/>
        </w:rPr>
      </w:pPr>
      <w:r>
        <w:t>By booking an appointment with us and paying the required £20 dog appointment deposit or 50% cat appointment deposit, you confirm that you have read, understood and agree to these Terms &amp; Conditions and Salon Policies, including our cancellation, no-show, late-arrival, late-collection, pricing and payment policies.</w:t>
      </w:r>
    </w:p>
    <w:p w14:paraId="5FF6F9E2" w14:textId="77777777" w:rsidR="00E44B4E" w:rsidRDefault="00E44B4E">
      <w:pPr>
        <w:jc w:val="center"/>
        <w:rPr>
          <w:rFonts w:ascii="Arial" w:hAnsi="Arial"/>
          <w:b/>
          <w:color w:val="5B205B"/>
          <w:sz w:val="20"/>
        </w:rPr>
      </w:pPr>
    </w:p>
    <w:p w14:paraId="6D5255D2" w14:textId="77777777" w:rsidR="00E44B4E" w:rsidRDefault="00E44B4E">
      <w:pPr>
        <w:jc w:val="center"/>
        <w:rPr>
          <w:rFonts w:ascii="Arial" w:hAnsi="Arial"/>
          <w:b/>
          <w:color w:val="5B205B"/>
          <w:sz w:val="20"/>
        </w:rPr>
      </w:pPr>
    </w:p>
    <w:p w14:paraId="61F160F2" w14:textId="4A886332" w:rsidR="007813F7" w:rsidRDefault="00000000">
      <w:pPr>
        <w:jc w:val="center"/>
        <w:rPr>
          <w:rFonts w:hint="eastAsia"/>
        </w:rPr>
      </w:pPr>
      <w:r>
        <w:rPr>
          <w:rFonts w:ascii="Arial" w:hAnsi="Arial"/>
          <w:b/>
          <w:color w:val="5B205B"/>
          <w:sz w:val="20"/>
        </w:rPr>
        <w:t>Thank you for respecting our policies, our stylists’ time and the appointments of our other clients.</w:t>
      </w:r>
    </w:p>
    <w:p w14:paraId="042118E2" w14:textId="77777777" w:rsidR="007813F7" w:rsidRDefault="00000000">
      <w:pPr>
        <w:jc w:val="center"/>
        <w:rPr>
          <w:rFonts w:hint="eastAsia"/>
        </w:rPr>
      </w:pPr>
      <w:r>
        <w:t>These policies allow us to provide a safe, professional and enjoyable grooming experience for every pet in our care.</w:t>
      </w:r>
    </w:p>
    <w:sectPr w:rsidR="007813F7" w:rsidSect="00034616">
      <w:footerReference w:type="default" r:id="rId9"/>
      <w:pgSz w:w="12240" w:h="15840"/>
      <w:pgMar w:top="792" w:right="1037" w:bottom="792"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B1E711" w14:textId="77777777" w:rsidR="00CE513F" w:rsidRDefault="00CE513F">
      <w:pPr>
        <w:spacing w:after="0" w:line="240" w:lineRule="auto"/>
        <w:rPr>
          <w:rFonts w:hint="eastAsia"/>
        </w:rPr>
      </w:pPr>
      <w:r>
        <w:separator/>
      </w:r>
    </w:p>
  </w:endnote>
  <w:endnote w:type="continuationSeparator" w:id="0">
    <w:p w14:paraId="5DD225D5" w14:textId="77777777" w:rsidR="00CE513F" w:rsidRDefault="00CE513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8D5D08" w14:textId="25E327FD" w:rsidR="007813F7" w:rsidRDefault="00000000">
    <w:pPr>
      <w:pStyle w:val="Footer"/>
      <w:jc w:val="center"/>
      <w:rPr>
        <w:rFonts w:hint="eastAsia"/>
      </w:rPr>
    </w:pPr>
    <w:r>
      <w:rPr>
        <w:rFonts w:ascii="Arial" w:hAnsi="Arial"/>
        <w:b/>
        <w:color w:val="5B205B"/>
        <w:sz w:val="14"/>
      </w:rPr>
      <w:t>THE FLUFFY SIDE OF NORTH STREET | DOG &amp; CAT GROOMING SALON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E1EB05" w14:textId="77777777" w:rsidR="00CE513F" w:rsidRDefault="00CE513F">
      <w:pPr>
        <w:spacing w:after="0" w:line="240" w:lineRule="auto"/>
        <w:rPr>
          <w:rFonts w:hint="eastAsia"/>
        </w:rPr>
      </w:pPr>
      <w:r>
        <w:separator/>
      </w:r>
    </w:p>
  </w:footnote>
  <w:footnote w:type="continuationSeparator" w:id="0">
    <w:p w14:paraId="06CCE0CB" w14:textId="77777777" w:rsidR="00CE513F" w:rsidRDefault="00CE513F">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360952">
    <w:abstractNumId w:val="8"/>
  </w:num>
  <w:num w:numId="2" w16cid:durableId="1875460363">
    <w:abstractNumId w:val="6"/>
  </w:num>
  <w:num w:numId="3" w16cid:durableId="1860465269">
    <w:abstractNumId w:val="5"/>
  </w:num>
  <w:num w:numId="4" w16cid:durableId="1152478718">
    <w:abstractNumId w:val="4"/>
  </w:num>
  <w:num w:numId="5" w16cid:durableId="1261642774">
    <w:abstractNumId w:val="7"/>
  </w:num>
  <w:num w:numId="6" w16cid:durableId="73863856">
    <w:abstractNumId w:val="3"/>
  </w:num>
  <w:num w:numId="7" w16cid:durableId="326324157">
    <w:abstractNumId w:val="2"/>
  </w:num>
  <w:num w:numId="8" w16cid:durableId="1741172893">
    <w:abstractNumId w:val="1"/>
  </w:num>
  <w:num w:numId="9" w16cid:durableId="16974621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068AD"/>
    <w:rsid w:val="007813F7"/>
    <w:rsid w:val="00AA1D8D"/>
    <w:rsid w:val="00B47730"/>
    <w:rsid w:val="00CB0664"/>
    <w:rsid w:val="00CE513F"/>
    <w:rsid w:val="00E44B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AB0542"/>
  <w14:defaultImageDpi w14:val="300"/>
  <w15:docId w15:val="{FC7B3B41-B299-CC48-B68E-A4D3DA43A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Georgia" w:hAnsi="Georgia"/>
      <w:color w:val="505050"/>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CHeading">
    <w:name w:val="T&amp;C Heading"/>
    <w:pPr>
      <w:spacing w:before="140" w:after="60"/>
    </w:pPr>
    <w:rPr>
      <w:rFonts w:ascii="Arial" w:hAnsi="Arial"/>
      <w:b/>
      <w:color w:val="5B205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1410</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shannon srnka</cp:lastModifiedBy>
  <cp:revision>2</cp:revision>
  <dcterms:created xsi:type="dcterms:W3CDTF">2013-12-23T23:15:00Z</dcterms:created>
  <dcterms:modified xsi:type="dcterms:W3CDTF">2026-09-01T22:11:00Z</dcterms:modified>
  <cp:category/>
</cp:coreProperties>
</file>